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839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0"/>
      </w:tblGrid>
      <w:tr>
        <w:trPr>
          <w:trHeight w:val="9921"/>
        </w:trPr>
        <w:tc>
          <w:tcPr>
            <w:tcW w:type="dxa" w:w="8390"/>
            <w:tcMar>
              <w:top w:w="400" w:type="dxa"/>
              <w:start w:w="550" w:type="dxa"/>
              <w:bottom w:w="400" w:type="dxa"/>
              <w:end w:w="550" w:type="dxa"/>
            </w:tcMar>
            <w:shd w:fill="17365D"/>
            <w:vAlign w:val="center"/>
          </w:tcPr>
          <w:p>
            <w:r>
              <w:rPr>
                <w:rFonts w:ascii="FreesiaUPC" w:hAnsi="FreesiaUPC" w:eastAsia="FreesiaUPC" w:cs="FreesiaUPC"/>
                <w:b/>
                <w:color w:val="57D3D3"/>
                <w:sz w:val="32"/>
              </w:rPr>
              <w:t>หนังสือวิชาการ • A5</w:t>
            </w:r>
          </w:p>
          <w:p>
            <w:pPr>
              <w:spacing w:before="480"/>
            </w:pPr>
            <w:r>
              <w:rPr>
                <w:rFonts w:ascii="FreesiaUPC" w:hAnsi="FreesiaUPC" w:eastAsia="FreesiaUPC" w:cs="FreesiaUPC"/>
                <w:b/>
                <w:color w:val="FFFFFF"/>
                <w:sz w:val="64"/>
              </w:rPr>
              <w:t>ชื่อหนังสือวิชาการ</w:t>
            </w:r>
          </w:p>
          <w:p>
            <w:r>
              <w:rPr>
                <w:rFonts w:ascii="FreesiaUPC" w:hAnsi="FreesiaUPC" w:eastAsia="FreesiaUPC" w:cs="FreesiaUPC"/>
                <w:color w:val="DDEAF6"/>
                <w:sz w:val="44"/>
              </w:rPr>
              <w:t>ชื่อรองของหนังสือ หรือคำอธิบายสั้น ๆ</w:t>
            </w:r>
          </w:p>
          <w:p>
            <w:pPr>
              <w:spacing w:before="1040"/>
            </w:pPr>
            <w:r>
              <w:rPr>
                <w:rFonts w:ascii="FreesiaUPC" w:hAnsi="FreesiaUPC" w:eastAsia="FreesiaUPC" w:cs="FreesiaUPC"/>
                <w:b/>
                <w:color w:val="FFFFFF"/>
                <w:sz w:val="40"/>
              </w:rPr>
              <w:t>ชื่อผู้เขียน / คณะผู้จัดทำ</w:t>
            </w:r>
          </w:p>
          <w:p>
            <w:r>
              <w:rPr>
                <w:rFonts w:ascii="FreesiaUPC" w:hAnsi="FreesiaUPC" w:eastAsia="FreesiaUPC" w:cs="FreesiaUPC"/>
                <w:color w:val="DDEAF6"/>
                <w:sz w:val="34"/>
              </w:rPr>
              <w:t>ชื่อหน่วยงานหรือสถาบัน</w:t>
            </w:r>
          </w:p>
          <w:p>
            <w:pPr>
              <w:spacing w:before="560"/>
              <w:jc w:val="right"/>
            </w:pPr>
            <w:r>
              <w:rPr>
                <w:rFonts w:ascii="FreesiaUPC" w:hAnsi="FreesiaUPC" w:eastAsia="FreesiaUPC" w:cs="FreesiaUPC"/>
                <w:b/>
                <w:color w:val="F5A33A"/>
                <w:sz w:val="42"/>
              </w:rPr>
              <w:t>พ.ศ. 25XX</w:t>
            </w:r>
          </w:p>
        </w:tc>
      </w:tr>
    </w:tbl>
    <w:p>
      <w:pPr>
        <w:sectPr>
          <w:pgSz w:w="8391" w:h="11906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1440"/>
        <w:jc w:val="center"/>
      </w:pPr>
      <w:r>
        <w:rPr>
          <w:rFonts w:ascii="FreesiaUPC" w:hAnsi="FreesiaUPC" w:eastAsia="FreesiaUPC" w:cs="FreesiaUPC"/>
          <w:b/>
          <w:color w:val="000000"/>
          <w:sz w:val="60"/>
        </w:rPr>
        <w:t>ชื่อหนังสือวิชาการ</w:t>
      </w:r>
    </w:p>
    <w:p>
      <w:pPr>
        <w:jc w:val="center"/>
      </w:pPr>
      <w:r>
        <w:rPr>
          <w:rFonts w:ascii="FreesiaUPC" w:hAnsi="FreesiaUPC" w:eastAsia="FreesiaUPC" w:cs="FreesiaUPC"/>
          <w:color w:val="000000"/>
          <w:sz w:val="40"/>
        </w:rPr>
        <w:t>ชื่อรองของหนังสือ</w:t>
      </w:r>
    </w:p>
    <w:p>
      <w:pPr>
        <w:spacing w:before="1400"/>
        <w:jc w:val="center"/>
      </w:pPr>
      <w:r>
        <w:rPr>
          <w:rFonts w:ascii="FreesiaUPC" w:hAnsi="FreesiaUPC" w:eastAsia="FreesiaUPC" w:cs="FreesiaUPC"/>
          <w:b/>
          <w:color w:val="000000"/>
          <w:sz w:val="38"/>
        </w:rPr>
        <w:t>ชื่อผู้เขียน</w:t>
      </w:r>
    </w:p>
    <w:p>
      <w:pPr>
        <w:jc w:val="center"/>
      </w:pPr>
      <w:r>
        <w:rPr>
          <w:rFonts w:ascii="FreesiaUPC" w:hAnsi="FreesiaUPC" w:eastAsia="FreesiaUPC" w:cs="FreesiaUPC"/>
          <w:color w:val="000000"/>
          <w:sz w:val="32"/>
        </w:rPr>
        <w:t>ชื่อหน่วยงานหรือสถาบัน</w:t>
      </w:r>
    </w:p>
    <w:p>
      <w:pPr>
        <w:spacing w:before="1080"/>
        <w:jc w:val="center"/>
      </w:pPr>
      <w:r>
        <w:rPr>
          <w:rFonts w:ascii="FreesiaUPC" w:hAnsi="FreesiaUPC" w:eastAsia="FreesiaUPC" w:cs="FreesiaUPC"/>
          <w:color w:val="000000"/>
          <w:sz w:val="32"/>
        </w:rPr>
        <w:t>พ.ศ. 25XX</w:t>
      </w:r>
    </w:p>
    <w:p>
      <w:r>
        <w:br w:type="page"/>
      </w:r>
    </w:p>
    <w:p>
      <w:pPr>
        <w:pStyle w:val="Heading1"/>
      </w:pPr>
      <w:r>
        <w:t>ข้อมูลทางบรรณานุกรม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[ชื่อผู้แต่ง. (ปี). ชื่อหนังสือ. ครั้งที่พิมพ์. สถานที่พิมพ์: สำนักพิมพ์.]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[ISBN: xxx-x-xxxx-xxxx-x]</w:t>
      </w:r>
    </w:p>
    <w:p>
      <w:r>
        <w:t>สงวนลิขสิทธิ์ตามกฎหมาย ห้ามทำซ้ำ ดัดแปลง หรือเผยแพร่ส่วนหนึ่งส่วนใดโดยไม่ได้รับอนุญาต</w:t>
      </w:r>
    </w:p>
    <w:p>
      <w:r>
        <w:t>พิมพ์ครั้งที่ 1  เดือน ........ พ.ศ. ........</w:t>
      </w:r>
    </w:p>
    <w:p>
      <w:r>
        <w:t>จำนวนพิมพ์ ........ เล่ม</w:t>
      </w:r>
    </w:p>
    <w:p>
      <w:r>
        <w:t>จัดพิมพ์โดย: [ชื่อหน่วยงาน / ที่อยู่ / ช่องทางติดต่อ]</w:t>
      </w:r>
    </w:p>
    <w:p>
      <w:r>
        <w:t>พิมพ์ที่: บริษัท พิมพ์สวย จำกัด โทร. 02-953-9600</w:t>
      </w:r>
    </w:p>
    <w:p>
      <w:r>
        <w:br w:type="page"/>
      </w:r>
    </w:p>
    <w:p>
      <w:pPr>
        <w:pStyle w:val="Heading1"/>
      </w:pPr>
      <w:r>
        <w:t>คำนำ</w:t>
      </w:r>
    </w:p>
    <w:p>
      <w:pPr>
        <w:ind w:firstLine="709"/>
      </w:pPr>
      <w:r>
        <w:t>หนังสือเล่มนี้จัดทำขึ้นเพื่อ [ระบุวัตถุประสงค์ กลุ่มผู้อ่าน และขอบเขตเนื้อหา] ผู้เขียนได้รวบรวมและเรียบเรียงเนื้อหาจากแหล่งข้อมูลที่เกี่ยวข้อง เพื่อให้ผู้อ่านสามารถนำความรู้ไปประยุกต์ใช้ได้อย่างเหมาะสม</w:t>
      </w:r>
    </w:p>
    <w:p>
      <w:pPr>
        <w:ind w:firstLine="709"/>
      </w:pPr>
      <w:r>
        <w:t>ผู้เขียนขอขอบคุณ [ระบุบุคคลหรือหน่วยงาน] ที่ให้คำแนะนำและสนับสนุนการจัดทำหนังสือเล่มนี้ และหวังเป็นอย่างยิ่งว่าหนังสือจะเป็นประโยชน์ต่อผู้อ่าน</w:t>
      </w:r>
    </w:p>
    <w:p>
      <w:pPr>
        <w:jc w:val="right"/>
      </w:pPr>
      <w:r>
        <w:rPr>
          <w:rFonts w:ascii="FreesiaUPC" w:hAnsi="FreesiaUPC" w:eastAsia="FreesiaUPC" w:cs="FreesiaUPC"/>
          <w:color w:val="000000"/>
          <w:sz w:val="32"/>
        </w:rPr>
        <w:t>ชื่อผู้เขียน</w:t>
        <w:br/>
        <w:t>เดือน พ.ศ.</w:t>
      </w:r>
    </w:p>
    <w:p>
      <w:r>
        <w:br w:type="page"/>
      </w:r>
    </w:p>
    <w:p>
      <w:pPr>
        <w:pStyle w:val="Heading1"/>
      </w:pPr>
      <w:r>
        <w:t>บทคัดย่อ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[สรุปที่มา วัตถุประสงค์ ขอบเขต วิธีดำเนินการ ผลสำคัญ และข้อสรุป ประมาณ 250–350 คำ]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คำสำคัญ: </w:t>
      </w:r>
      <w:r>
        <w:rPr>
          <w:rFonts w:ascii="FreesiaUPC" w:hAnsi="FreesiaUPC" w:eastAsia="FreesiaUPC" w:cs="FreesiaUPC"/>
          <w:color w:val="666666"/>
          <w:sz w:val="32"/>
        </w:rPr>
        <w:t>[3–5 คำ คั่นด้วยจุลภาค]</w:t>
      </w:r>
    </w:p>
    <w:p>
      <w:r>
        <w:br w:type="page"/>
      </w:r>
    </w:p>
    <w:p>
      <w:pPr>
        <w:pStyle w:val="Heading1"/>
      </w:pPr>
      <w:r>
        <w:t>สารบัญ</w:t>
      </w:r>
    </w:p>
    <w:p>
      <w:r>
        <w:rPr>
          <w:rFonts w:ascii="FreesiaUPC" w:hAnsi="FreesiaUPC" w:eastAsia="FreesiaUPC" w:cs="FreesiaUPC"/>
          <w:color w:val="000000"/>
          <w:sz w:val="28"/>
        </w:rPr>
        <w:fldChar w:fldCharType="begin"/>
        <w:instrText xml:space="preserve"> TOC \o "1-3" \h \z \u </w:instrText>
        <w:fldChar w:fldCharType="separate"/>
        <w:t>คลิกขวา แล้วเลือก Update Field &gt; Update entire table</w:t>
        <w:fldChar w:fldCharType="end"/>
      </w:r>
    </w:p>
    <w:p>
      <w:pPr>
        <w:pStyle w:val="คำแนะนำแม่แบบ"/>
      </w:pPr>
      <w:r>
        <w:t>ใช้ Style “Heading 1–3” กับหัวข้อ แล้วกด Ctrl+A และ F9 เพื่ออัปเดตสารบัญและเลขหน้า</w:t>
      </w:r>
    </w:p>
    <w:p>
      <w:r>
        <w:br w:type="page"/>
      </w:r>
    </w:p>
    <w:p>
      <w:pPr>
        <w:pStyle w:val="Heading1"/>
      </w:pPr>
      <w:r>
        <w:t>สารบัญตาราง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[References &gt; Insert Table of Figures &gt; Caption label: ตาราง]</w:t>
      </w:r>
    </w:p>
    <w:p>
      <w:pPr>
        <w:pStyle w:val="Heading1"/>
      </w:pPr>
      <w:r>
        <w:t>สารบัญภาพ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[References &gt; Insert Table of Figures &gt; Caption label: ภาพ]</w:t>
      </w:r>
    </w:p>
    <w:p>
      <w:r>
        <w:br w:type="page"/>
      </w:r>
    </w:p>
    <w:p>
      <w:pPr>
        <w:pStyle w:val="Heading1"/>
      </w:pPr>
      <w:r>
        <w:t>บทที่ 1 บทนำ</w:t>
      </w:r>
    </w:p>
    <w:p>
      <w:pPr>
        <w:pStyle w:val="Heading2"/>
      </w:pPr>
      <w:r>
        <w:t>1.1 ความเป็นมาและความสำคัญ</w:t>
      </w:r>
    </w:p>
    <w:p>
      <w:pPr>
        <w:ind w:firstLine="709"/>
      </w:pPr>
      <w:r>
        <w:t>อธิบายบริบทของเรื่อง ปัญหา หรือช่องว่างทางความรู้ โดยเรียงจากภาพรวมไปสู่ประเด็นเฉพาะ พร้อมอ้างอิงแหล่งข้อมูลตามรูปแบบที่หน่วยงานกำหนด</w:t>
      </w:r>
    </w:p>
    <w:p>
      <w:pPr>
        <w:pStyle w:val="Heading2"/>
      </w:pPr>
      <w:r>
        <w:t>1.2 วัตถุประสงค์</w:t>
      </w:r>
    </w:p>
    <w:p>
      <w:pPr>
        <w:numPr>
          <w:ilvl w:val="0"/>
          <w:numId w:val="10"/>
        </w:numPr>
      </w:pPr>
      <w:r>
        <w:t>เพื่อศึกษา [ระบุประเด็นที่ศึกษา]</w:t>
      </w:r>
    </w:p>
    <w:p>
      <w:pPr>
        <w:numPr>
          <w:ilvl w:val="0"/>
          <w:numId w:val="10"/>
        </w:numPr>
      </w:pPr>
      <w:r>
        <w:t>เพื่อวิเคราะห์ [ระบุประเด็นหรือความสัมพันธ์]</w:t>
      </w:r>
    </w:p>
    <w:p>
      <w:pPr>
        <w:numPr>
          <w:ilvl w:val="0"/>
          <w:numId w:val="10"/>
        </w:numPr>
      </w:pPr>
      <w:r>
        <w:t>เพื่อเสนอแนวทาง [ระบุผลลัพธ์ที่ต้องการ]</w:t>
      </w:r>
    </w:p>
    <w:p>
      <w:pPr>
        <w:pStyle w:val="Heading2"/>
      </w:pPr>
      <w:r>
        <w:t>1.3 ขอบเขตของเนื้อหา</w:t>
      </w:r>
    </w:p>
    <w:p>
      <w:pPr>
        <w:ind w:firstLine="709"/>
      </w:pPr>
      <w:r>
        <w:t>ระบุขอบเขตด้านเนื้อหา กลุ่มเป้าหมาย พื้นที่ ช่วงเวลา หรือข้อจำกัดที่เกี่ยวข้องอย่างชัดเจน</w:t>
      </w:r>
    </w:p>
    <w:p>
      <w:pPr>
        <w:pStyle w:val="Heading2"/>
      </w:pPr>
      <w:r>
        <w:t>1.4 นิยามศัพท์เฉพาะ</w:t>
      </w:r>
    </w:p>
    <w:tbl>
      <w:tblPr>
        <w:tblStyle w:val="TableGrid"/>
        <w:tblW w:type="dxa" w:w="58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000"/>
      </w:tblGrid>
      <w:tr>
        <w:tc>
          <w:tcPr>
            <w:tcW w:type="dxa" w:w="18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คำศัพท์</w:t>
            </w:r>
          </w:p>
        </w:tc>
        <w:tc>
          <w:tcPr>
            <w:tcW w:type="dxa" w:w="40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ความหมาย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[คำศัพท์ที่ 1]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[คำจำกัดความที่ใช้ในหนังสือ]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[คำศัพท์ที่ 2]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[คำจำกัดความที่ใช้ในหนังสือ]</w:t>
            </w:r>
          </w:p>
        </w:tc>
      </w:tr>
    </w:tbl>
    <w:p>
      <w:r>
        <w:br w:type="page"/>
      </w:r>
    </w:p>
    <w:p>
      <w:pPr>
        <w:pStyle w:val="Heading1"/>
      </w:pPr>
      <w:r>
        <w:t>บทที่ 2 แนวคิด ทฤษฎี และงานที่เกี่ยวข้อง</w:t>
      </w:r>
    </w:p>
    <w:p>
      <w:pPr>
        <w:pStyle w:val="Heading2"/>
      </w:pPr>
      <w:r>
        <w:t>2.1 แนวคิดหลัก</w:t>
      </w:r>
    </w:p>
    <w:p>
      <w:pPr>
        <w:ind w:firstLine="709"/>
      </w:pPr>
      <w:r>
        <w:t>นำเสนอแนวคิดหรือทฤษฎีอย่างเป็นระบบ แยกหัวข้อย่อยตามประเด็น และเชื่อมโยงให้เห็นความสัมพันธ์กับเนื้อหาของหนังสือ</w:t>
      </w:r>
    </w:p>
    <w:p>
      <w:pPr>
        <w:pStyle w:val="Heading2"/>
      </w:pPr>
      <w:r>
        <w:t>2.2 งานศึกษาที่เกี่ยวข้อง</w:t>
      </w:r>
    </w:p>
    <w:p>
      <w:pPr>
        <w:ind w:firstLine="709"/>
      </w:pPr>
      <w:r>
        <w:t>สังเคราะห์งานเดิมโดยเปรียบเทียบข้อค้นพบ วิธีการ และข้อจำกัด ไม่ควรเรียงเป็นรายการสรุปทีละแหล่งโดยไม่มีการเชื่อมโยง</w:t>
      </w:r>
    </w:p>
    <w:p>
      <w:pPr>
        <w:pStyle w:val="ข้อความอ้างอิง"/>
      </w:pPr>
      <w:r>
        <w:rPr>
          <w:rFonts w:ascii="FreesiaUPC" w:hAnsi="FreesiaUPC" w:eastAsia="FreesiaUPC" w:cs="FreesiaUPC"/>
          <w:i/>
          <w:color w:val="000000"/>
          <w:sz w:val="30"/>
        </w:rPr>
        <w:t>“ตัวอย่างข้อความอ้างอิงแบบยาว ควรแยกย่อหน้าและระบุแหล่งที่มาตามรูปแบบการอ้างอิงที่เลือกใช้”</w:t>
      </w:r>
    </w:p>
    <w:p>
      <w:pPr>
        <w:pStyle w:val="คำแนะนำแม่แบบ"/>
      </w:pPr>
      <w:r>
        <w:t>ที่มา: [ผู้แต่ง, ปี, หน้า]</w:t>
      </w:r>
    </w:p>
    <w:p>
      <w:r>
        <w:br w:type="page"/>
      </w:r>
    </w:p>
    <w:p>
      <w:pPr>
        <w:pStyle w:val="Heading1"/>
      </w:pPr>
      <w:r>
        <w:t>บทที่ 3 วิธีดำเนินการ</w:t>
      </w:r>
    </w:p>
    <w:p>
      <w:pPr>
        <w:pStyle w:val="Heading2"/>
      </w:pPr>
      <w:r>
        <w:t>3.1 รูปแบบและขั้นตอน</w:t>
      </w:r>
    </w:p>
    <w:p>
      <w:pPr>
        <w:numPr>
          <w:ilvl w:val="0"/>
          <w:numId w:val="11"/>
        </w:numPr>
      </w:pPr>
      <w:r>
        <w:t>กำหนดขอบเขตและคำถาม</w:t>
      </w:r>
    </w:p>
    <w:p>
      <w:pPr>
        <w:numPr>
          <w:ilvl w:val="0"/>
          <w:numId w:val="11"/>
        </w:numPr>
      </w:pPr>
      <w:r>
        <w:t>รวบรวมข้อมูล</w:t>
      </w:r>
    </w:p>
    <w:p>
      <w:pPr>
        <w:numPr>
          <w:ilvl w:val="0"/>
          <w:numId w:val="11"/>
        </w:numPr>
      </w:pPr>
      <w:r>
        <w:t>ตรวจสอบและวิเคราะห์ข้อมูล</w:t>
      </w:r>
    </w:p>
    <w:p>
      <w:pPr>
        <w:numPr>
          <w:ilvl w:val="0"/>
          <w:numId w:val="11"/>
        </w:numPr>
      </w:pPr>
      <w:r>
        <w:t>สรุปและนำเสนอผล</w:t>
      </w:r>
    </w:p>
    <w:p>
      <w:pPr>
        <w:pStyle w:val="Heading2"/>
      </w:pPr>
      <w:r>
        <w:t>3.2 เครื่องมือหรือแหล่งข้อมูล</w:t>
      </w:r>
    </w:p>
    <w:p>
      <w:pPr>
        <w:ind w:firstLine="709"/>
      </w:pPr>
      <w:r>
        <w:t>อธิบายเครื่องมือ เกณฑ์การคัดเลือกข้อมูล ประชากร กลุ่มตัวอย่าง หรือแหล่งข้อมูล เพื่อให้ผู้อ่านประเมินความน่าเชื่อถือและทำซ้ำได้</w:t>
      </w:r>
    </w:p>
    <w:p>
      <w:pPr>
        <w:pStyle w:val="Caption"/>
        <w:jc w:val="center"/>
      </w:pPr>
      <w:r>
        <w:rPr>
          <w:rFonts w:ascii="FreesiaUPC" w:hAnsi="FreesiaUPC" w:eastAsia="FreesiaUPC" w:cs="FreesiaUPC"/>
          <w:color w:val="000000"/>
          <w:sz w:val="28"/>
        </w:rPr>
        <w:t>ตารางที่ 3.1 ตัวอย่างแผนการดำเนินงาน</w:t>
      </w:r>
    </w:p>
    <w:tbl>
      <w:tblPr>
        <w:tblStyle w:val="TableGrid"/>
        <w:tblW w:type="dxa" w:w="58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2200"/>
        <w:gridCol w:w="2600"/>
      </w:tblGrid>
      <w:tr>
        <w:tc>
          <w:tcPr>
            <w:tcW w:type="dxa" w:w="10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ขั้นตอน</w:t>
            </w:r>
          </w:p>
        </w:tc>
        <w:tc>
          <w:tcPr>
            <w:tcW w:type="dxa" w:w="22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กิจกรรม</w:t>
            </w:r>
          </w:p>
        </w:tc>
        <w:tc>
          <w:tcPr>
            <w:tcW w:type="dxa" w:w="26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ผลลัพธ์</w:t>
            </w:r>
          </w:p>
        </w:tc>
      </w:tr>
      <w:tr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1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รวบรวมข้อมูล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ชุดข้อมูลที่ผ่านการตรวจสอบ</w:t>
            </w:r>
          </w:p>
        </w:tc>
      </w:tr>
      <w:tr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2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วิเคราะห์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ผลการวิเคราะห์</w:t>
            </w:r>
          </w:p>
        </w:tc>
      </w:tr>
      <w:tr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3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สังเคราะห์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ข้อสรุปและข้อเสนอแนะ</w:t>
            </w:r>
          </w:p>
        </w:tc>
      </w:tr>
    </w:tbl>
    <w:p>
      <w:r>
        <w:br w:type="page"/>
      </w:r>
    </w:p>
    <w:p>
      <w:pPr>
        <w:pStyle w:val="Heading1"/>
      </w:pPr>
      <w:r>
        <w:t>บทที่ 4 ผลการศึกษา</w:t>
      </w:r>
    </w:p>
    <w:p>
      <w:pPr>
        <w:pStyle w:val="Heading2"/>
      </w:pPr>
      <w:r>
        <w:t>4.1 ผลการวิเคราะห์</w:t>
      </w:r>
    </w:p>
    <w:p>
      <w:pPr>
        <w:ind w:firstLine="709"/>
      </w:pPr>
      <w:r>
        <w:t>นำเสนอผลตามวัตถุประสงค์หรือคำถาม โดยใช้ข้อความ ตาราง และภาพเท่าที่จำเป็น พร้อมอธิบายสาระสำคัญโดยไม่กล่าวซ้ำข้อมูลทั้งหมดในตาราง</w:t>
      </w:r>
    </w:p>
    <w:tbl>
      <w:tblPr>
        <w:tblStyle w:val="TableGrid"/>
        <w:tblW w:type="dxa" w:w="5800"/>
        <w:tblLayout w:type="fixed"/>
        <w:tblLook w:firstColumn="1" w:firstRow="1" w:lastColumn="0" w:lastRow="0" w:noHBand="0" w:noVBand="1" w:val="04A0"/>
        <w:tblInd w:w="120" w:type="dxa"/>
      </w:tblPr>
      <w:tblGrid>
        <w:gridCol w:w="5800"/>
      </w:tblGrid>
      <w:tr>
        <w:tc>
          <w:tcPr>
            <w:tcW w:type="dxa" w:w="5800"/>
            <w:shd w:fill="FA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FreesiaUPC" w:hAnsi="FreesiaUPC" w:eastAsia="FreesiaUPC" w:cs="FreesiaUPC"/>
                <w:color w:val="666666"/>
                <w:sz w:val="32"/>
              </w:rPr>
              <w:t>[วางภาพ แผนภูมิ หรือแผนภาพที่นี่]</w:t>
            </w:r>
          </w:p>
        </w:tc>
      </w:tr>
    </w:tbl>
    <w:p>
      <w:pPr>
        <w:pStyle w:val="Caption"/>
        <w:jc w:val="center"/>
      </w:pPr>
      <w:r>
        <w:rPr>
          <w:rFonts w:ascii="FreesiaUPC" w:hAnsi="FreesiaUPC" w:eastAsia="FreesiaUPC" w:cs="FreesiaUPC"/>
          <w:color w:val="000000"/>
          <w:sz w:val="28"/>
        </w:rPr>
        <w:t>ภาพที่ 4.1 ชื่อตัวอย่างภาพหรือแผนภูมิ</w:t>
      </w:r>
    </w:p>
    <w:p>
      <w:pPr>
        <w:pStyle w:val="คำแนะนำแม่แบบ"/>
      </w:pPr>
      <w:r>
        <w:t>ที่มา: [ผู้จัดทำ / แหล่งข้อมูล, ปี]</w:t>
      </w:r>
    </w:p>
    <w:p>
      <w:pPr>
        <w:pStyle w:val="Heading2"/>
      </w:pPr>
      <w:r>
        <w:t>4.2 การอภิปรายผล</w:t>
      </w:r>
    </w:p>
    <w:p>
      <w:pPr>
        <w:ind w:firstLine="709"/>
      </w:pPr>
      <w:r>
        <w:t>อธิบายความหมายของผล เชื่อมโยงกับแนวคิดและงานที่เกี่ยวข้อง รวมทั้งกล่าวถึงข้อค้นพบที่สอดคล้อง แตกต่าง หรือมีข้อจำกัด</w:t>
      </w:r>
    </w:p>
    <w:p>
      <w:r>
        <w:br w:type="page"/>
      </w:r>
    </w:p>
    <w:p>
      <w:pPr>
        <w:pStyle w:val="Heading1"/>
      </w:pPr>
      <w:r>
        <w:t>บทที่ 5 สรุปและข้อเสนอแนะ</w:t>
      </w:r>
    </w:p>
    <w:p>
      <w:pPr>
        <w:pStyle w:val="Heading2"/>
      </w:pPr>
      <w:r>
        <w:t>5.1 สรุปสาระสำคัญ</w:t>
      </w:r>
    </w:p>
    <w:p>
      <w:pPr>
        <w:ind w:firstLine="709"/>
      </w:pPr>
      <w:r>
        <w:t>สรุปผลตามวัตถุประสงค์อย่างกระชับ โดยไม่เพิ่มข้อมูลใหม่ที่ไม่เคยนำเสนอในบทก่อนหน้า</w:t>
      </w:r>
    </w:p>
    <w:p>
      <w:pPr>
        <w:pStyle w:val="Heading2"/>
      </w:pPr>
      <w:r>
        <w:t>5.2 ข้อเสนอแนะเชิงปฏิบัติ</w:t>
      </w:r>
    </w:p>
    <w:p>
      <w:pPr>
        <w:pStyle w:val="ListBullet"/>
      </w:pPr>
      <w:r>
        <w:t>[ข้อเสนอแนะสำหรับผู้นำไปใช้]</w:t>
      </w:r>
    </w:p>
    <w:p>
      <w:pPr>
        <w:pStyle w:val="ListBullet"/>
      </w:pPr>
      <w:r>
        <w:t>[ข้อเสนอแนะสำหรับองค์กรหรือหน่วยงาน]</w:t>
      </w:r>
    </w:p>
    <w:p>
      <w:pPr>
        <w:pStyle w:val="Heading2"/>
      </w:pPr>
      <w:r>
        <w:t>5.3 ข้อเสนอแนะสำหรับการศึกษาต่อ</w:t>
      </w:r>
    </w:p>
    <w:p>
      <w:pPr>
        <w:ind w:firstLine="709"/>
      </w:pPr>
      <w:r>
        <w:t>เสนอประเด็น วิธีการ หรือกลุ่มเป้าหมายที่ควรศึกษาเพิ่มเติมบนพื้นฐานของข้อจำกัดและข้อค้นพบจากงานนี้</w:t>
      </w:r>
    </w:p>
    <w:p>
      <w:r>
        <w:br w:type="page"/>
      </w:r>
    </w:p>
    <w:p>
      <w:pPr>
        <w:pStyle w:val="Heading1"/>
      </w:pPr>
      <w:r>
        <w:t>บรรณานุกรม</w:t>
      </w:r>
    </w:p>
    <w:p>
      <w:pPr>
        <w:pStyle w:val="คำแนะนำแม่แบบ"/>
      </w:pPr>
      <w:r>
        <w:t>ใช้รูปแบบการอ้างอิงเดียวกันทั้งเล่ม เช่น APA 7th, Vancouver หรือรูปแบบของสถาบัน และตรวจให้รายการที่อ้างในเนื้อหาปรากฏในบรรณานุกรม</w:t>
      </w:r>
    </w:p>
    <w:p>
      <w:pPr>
        <w:ind w:left="709" w:hanging="709"/>
      </w:pPr>
      <w:r>
        <w:t>ผู้แต่ง, ก. ก. (ปี). ชื่อหนังสือ. สำนักพิมพ์.</w:t>
      </w:r>
    </w:p>
    <w:p>
      <w:pPr>
        <w:ind w:left="709" w:hanging="709"/>
      </w:pPr>
      <w:r>
        <w:t>ผู้แต่ง, ก. ก., และผู้แต่ง, ข. ข. (ปี). ชื่อบทความ. ชื่อวารสาร, ปีที่(ฉบับที่), หน้า–หน้า. https://doi.org/...</w:t>
      </w:r>
    </w:p>
    <w:p>
      <w:pPr>
        <w:ind w:left="709" w:hanging="709"/>
      </w:pPr>
      <w:r>
        <w:t>Organization Name. (Year). Title of report. URL</w:t>
      </w:r>
    </w:p>
    <w:p>
      <w:r>
        <w:br w:type="page"/>
      </w:r>
    </w:p>
    <w:p>
      <w:pPr>
        <w:pStyle w:val="Heading1"/>
      </w:pPr>
      <w:r>
        <w:t>ภาคผนวก</w:t>
      </w:r>
    </w:p>
    <w:p>
      <w:pPr>
        <w:pStyle w:val="Heading2"/>
      </w:pPr>
      <w:r>
        <w:t>ภาคผนวก ก [ชื่อภาคผนวก]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[แบบสอบถาม ตารางข้อมูล เอกสารประกอบ หรือรายละเอียดเพิ่มเติม]</w:t>
      </w:r>
    </w:p>
    <w:p>
      <w:r>
        <w:br w:type="page"/>
      </w:r>
    </w:p>
    <w:p>
      <w:pPr>
        <w:pStyle w:val="Heading1"/>
      </w:pPr>
      <w:r>
        <w:t>ประวัติผู้เขียน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ชื่อ–นามสกุล: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ตำแหน่ง: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การศึกษา: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ประสบการณ์และความเชี่ยวชาญ: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ผลงานสำคัญ: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ช่องทางติดต่อ: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br w:type="page"/>
      </w:r>
    </w:p>
    <w:p>
      <w:pPr>
        <w:pStyle w:val="Heading1"/>
      </w:pPr>
      <w:r>
        <w:t>คำแนะนำสำหรับส่งโรงพิมพ์</w:t>
      </w:r>
    </w:p>
    <w:p>
      <w:pPr>
        <w:pStyle w:val="ListBullet"/>
      </w:pPr>
      <w:r>
        <w:t>ตรวจขนาดหน้าเป็น A5 (148 × 210 มม.) และใช้ระยะขอบด้านสันมากกว่าด้านนอก</w:t>
      </w:r>
    </w:p>
    <w:p>
      <w:pPr>
        <w:pStyle w:val="ListBullet"/>
      </w:pPr>
      <w:r>
        <w:t>ลบข้อความตัวอย่างในวงเล็บเหลี่ยมทั้งหมด และอัปเดตสารบัญกับเลขหน้าก่อนบันทึก PDF</w:t>
      </w:r>
    </w:p>
    <w:p>
      <w:pPr>
        <w:pStyle w:val="ListBullet"/>
      </w:pPr>
      <w:r>
        <w:t>เนื้อในใช้สีดำ 100% สำหรับข้อความ และตรวจว่าภาพขาวดำมีน้ำหนักชัดเจน</w:t>
      </w:r>
    </w:p>
    <w:p>
      <w:pPr>
        <w:pStyle w:val="ListBullet"/>
      </w:pPr>
      <w:r>
        <w:t>ฝังฟอนต์ใน PDF หรือตรวจสอบกับโรงพิมพ์ก่อนส่งไฟล์</w:t>
      </w:r>
    </w:p>
    <w:p>
      <w:pPr>
        <w:pStyle w:val="ListBullet"/>
      </w:pPr>
      <w:r>
        <w:t>ส่งหน้าปก 4 สีเป็นไฟล์แยก ปกหลัง–สัน–ปกหน้า โดยให้โรงพิมพ์คำนวณความหนาสันหลังทราบกระดาษและจำนวนหน้าสุดท้าย</w:t>
      </w:r>
    </w:p>
    <w:p>
      <w:pPr>
        <w:pStyle w:val="ListBullet"/>
      </w:pPr>
      <w:r>
        <w:t>ตรวจหน้าว่าง หน้าเปิดบท และตำแหน่งเลขหน้าจาก PDF สุดท้าย</w:t>
      </w:r>
    </w:p>
    <w:sectPr w:rsidR="00FC693F" w:rsidRPr="0006063C" w:rsidSect="00034616">
      <w:headerReference w:type="default" r:id="rId9"/>
      <w:headerReference w:type="even" r:id="rId10"/>
      <w:headerReference w:type="first" r:id="rId11"/>
      <w:footerReference w:type="default" r:id="rId12"/>
      <w:pgSz w:w="8391" w:h="11906"/>
      <w:pgMar w:top="1134" w:right="1020" w:bottom="1134" w:left="1247" w:header="709" w:footer="709" w:gutter="0"/>
      <w:cols w:space="720"/>
      <w:docGrid w:linePitch="360"/>
      <w:mirrorMargins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FreesiaUPC" w:hAnsi="FreesiaUPC" w:eastAsia="FreesiaUPC" w:cs="FreesiaUPC"/>
        <w:color w:val="000000"/>
        <w:sz w:val="2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FreesiaUPC" w:hAnsi="FreesiaUPC" w:eastAsia="FreesiaUPC" w:cs="FreesiaUPC"/>
        <w:color w:val="666666"/>
        <w:sz w:val="28"/>
      </w:rPr>
      <w:t>ชื่อย่อหนังสือ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FreesiaUPC" w:hAnsi="FreesiaUPC" w:eastAsia="FreesiaUPC" w:cs="FreesiaUPC"/>
        <w:color w:val="666666"/>
        <w:sz w:val="28"/>
      </w:rPr>
      <w:t>ชื่อย่อหนังสือ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venAndOddHeaders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  <w:jc w:val="thaiDistribute"/>
    </w:pPr>
    <w:rPr>
      <w:rFonts w:ascii="FreesiaUPC" w:hAnsi="FreesiaUPC" w:eastAsia="FreesiaUPC" w:cs="FreesiaUPC"/>
      <w:b w:val="0"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FreesiaUPC" w:hAnsi="FreesiaUPC" w:eastAsia="FreesiaUPC" w:cs="FreesiaUPC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FreesiaUPC" w:hAnsi="FreesiaUPC" w:eastAsia="FreesiaUPC" w:cs="FreesiaUPC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FreesiaUPC" w:hAnsi="FreesiaUPC" w:eastAsia="FreesiaUPC" w:cs="FreesiaUPC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FreesiaUPC" w:hAnsi="FreesiaUPC" w:eastAsia="FreesiaUPC" w:cs="FreesiaUP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FreesiaUPC" w:hAnsi="FreesiaUPC" w:eastAsia="FreesiaUPC" w:cs="FreesiaUPC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FreesiaUPC" w:hAnsi="FreesiaUPC" w:eastAsia="FreesiaUPC" w:cs="FreesiaUPC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FreesiaUPC" w:hAnsi="FreesiaUPC" w:eastAsia="FreesiaUPC" w:cs="FreesiaUPC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FreesiaUPC" w:hAnsi="FreesiaUPC" w:eastAsia="FreesiaUPC" w:cs="FreesiaUPC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FreesiaUPC" w:hAnsi="FreesiaUPC" w:eastAsia="FreesiaUPC" w:cs="FreesiaUPC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FreesiaUPC" w:hAnsi="FreesiaUPC" w:eastAsia="FreesiaUPC" w:cs="FreesiaUPC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FreesiaUPC" w:hAnsi="FreesiaUPC" w:eastAsia="FreesiaUPC" w:cs="FreesiaUPC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FreesiaUPC" w:hAnsi="FreesiaUPC" w:eastAsia="FreesiaUPC" w:cs="FreesiaUPC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FreesiaUPC" w:hAnsi="FreesiaUPC" w:eastAsia="FreesiaUPC" w:cs="FreesiaUPC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  <w:jc w:val="center"/>
    </w:pPr>
    <w:rPr>
      <w:rFonts w:asciiTheme="majorHAnsi" w:eastAsiaTheme="majorEastAsia" w:hAnsiTheme="majorHAnsi" w:cstheme="majorBidi" w:ascii="FreesiaUPC" w:hAnsi="FreesiaUPC" w:eastAsia="FreesiaUPC" w:cs="FreesiaUPC"/>
      <w:b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FreesiaUPC" w:hAnsi="FreesiaUPC" w:eastAsia="FreesiaUPC" w:cs="FreesiaUPC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00" w:line="240" w:lineRule="auto"/>
      <w:jc w:val="center"/>
    </w:pPr>
    <w:rPr>
      <w:rFonts w:asciiTheme="majorHAnsi" w:eastAsiaTheme="majorEastAsia" w:hAnsiTheme="majorHAnsi" w:cstheme="majorBidi" w:ascii="FreesiaUPC" w:hAnsi="FreesiaUPC" w:eastAsia="FreesiaUPC" w:cs="FreesiaUPC"/>
      <w:b w:val="0"/>
      <w:i/>
      <w:iCs/>
      <w:color w:val="000000"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FreesiaUPC" w:hAnsi="FreesiaUPC" w:eastAsia="FreesiaUPC" w:cs="FreesiaUPC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FreesiaUPC" w:hAnsi="FreesiaUPC" w:eastAsia="FreesiaUPC" w:cs="FreesiaUPC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FreesiaUPC" w:hAnsi="FreesiaUPC" w:eastAsia="FreesiaUPC" w:cs="FreesiaUPC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FreesiaUPC" w:hAnsi="FreesiaUPC" w:eastAsia="FreesiaUPC" w:cs="FreesiaUPC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FreesiaUPC" w:hAnsi="FreesiaUPC" w:eastAsia="FreesiaUPC" w:cs="FreesiaUPC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FreesiaUPC" w:hAnsi="FreesiaUPC" w:eastAsia="FreesiaUPC" w:cs="FreesiaUP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FreesiaUPC" w:hAnsi="FreesiaUPC" w:eastAsia="FreesiaUPC" w:cs="FreesiaUPC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FreesiaUPC" w:hAnsi="FreesiaUPC" w:eastAsia="FreesiaUPC" w:cs="FreesiaUPC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FreesiaUPC" w:hAnsi="FreesiaUPC" w:eastAsia="FreesiaUPC" w:cs="FreesiaUPC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FreesiaUPC" w:hAnsi="FreesiaUPC" w:eastAsia="FreesiaUPC" w:cs="FreesiaUPC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80" w:line="276" w:lineRule="auto"/>
      <w:contextualSpacing/>
    </w:pPr>
    <w:rPr>
      <w:rFonts w:ascii="FreesiaUPC" w:hAnsi="FreesiaUPC" w:eastAsia="FreesiaUPC" w:cs="FreesiaUPC"/>
      <w:b w:val="0"/>
      <w:color w:val="000000"/>
      <w:sz w:val="3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FreesiaUPC" w:hAnsi="FreesiaUPC" w:eastAsia="FreesiaUPC" w:cs="FreesiaUP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FreesiaUPC" w:hAnsi="FreesiaUPC" w:eastAsia="FreesiaUPC" w:cs="FreesiaUPC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80" w:line="276" w:lineRule="auto"/>
      <w:contextualSpacing/>
    </w:pPr>
    <w:rPr>
      <w:rFonts w:ascii="FreesiaUPC" w:hAnsi="FreesiaUPC" w:eastAsia="FreesiaUPC" w:cs="FreesiaUPC"/>
      <w:b w:val="0"/>
      <w:color w:val="000000"/>
      <w:sz w:val="3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FreesiaUPC" w:hAnsi="FreesiaUPC" w:eastAsia="FreesiaUPC" w:cs="FreesiaUPC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FreesiaUPC" w:hAnsi="FreesiaUPC" w:eastAsia="FreesiaUPC" w:cs="FreesiaUPC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FreesiaUPC" w:hAnsi="FreesiaUPC" w:eastAsia="FreesiaUPC" w:cs="FreesiaUPC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FreesiaUPC" w:hAnsi="FreesiaUPC" w:eastAsia="FreesiaUPC" w:cs="FreesiaUPC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FreesiaUPC" w:hAnsi="FreesiaUPC" w:eastAsia="FreesiaUPC" w:cs="FreesiaUPC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FreesiaUPC" w:hAnsi="FreesiaUPC" w:eastAsia="FreesiaUPC" w:cs="FreesiaUP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FreesiaUPC" w:hAnsi="FreesiaUPC" w:eastAsia="FreesiaUPC" w:cs="FreesiaUPC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FreesiaUPC" w:hAnsi="FreesiaUPC" w:eastAsia="FreesiaUPC" w:cs="FreesiaUPC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FreesiaUPC" w:hAnsi="FreesiaUPC" w:eastAsia="FreesiaUPC" w:cs="FreesiaUPC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FreesiaUPC" w:hAnsi="FreesiaUPC" w:eastAsia="FreesiaUPC" w:cs="FreesiaUPC"/>
      <w:b w:val="0"/>
      <w:bCs/>
      <w:color w:val="000000"/>
      <w:sz w:val="2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FreesiaUPC" w:hAnsi="FreesiaUPC" w:eastAsia="FreesiaUPC" w:cs="FreesiaUPC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FreesiaUPC" w:hAnsi="FreesiaUPC" w:eastAsia="FreesiaUPC" w:cs="FreesiaUPC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FreesiaUPC" w:hAnsi="FreesiaUPC" w:eastAsia="FreesiaUPC" w:cs="FreesiaUPC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FreesiaUPC" w:hAnsi="FreesiaUPC" w:eastAsia="FreesiaUPC" w:cs="FreesiaUPC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FreesiaUPC" w:hAnsi="FreesiaUPC" w:eastAsia="FreesiaUPC" w:cs="FreesiaUPC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FreesiaUPC" w:hAnsi="FreesiaUPC" w:eastAsia="FreesiaUPC" w:cs="FreesiaUPC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FreesiaUPC" w:hAnsi="FreesiaUPC" w:eastAsia="FreesiaUPC" w:cs="FreesiaUPC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FreesiaUPC" w:hAnsi="FreesiaUPC" w:eastAsia="FreesiaUPC" w:cs="FreesiaUPC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FreesiaUPC" w:hAnsi="FreesiaUPC" w:eastAsia="FreesiaUPC" w:cs="FreesiaUPC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FreesiaUPC" w:hAnsi="FreesiaUPC" w:eastAsia="FreesiaUPC" w:cs="FreesiaUPC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คำแนะนำแม่แบบ">
    <w:name w:val="คำแนะนำแม่แบบ"/>
    <w:pPr>
      <w:spacing w:after="160"/>
    </w:pPr>
    <w:rPr>
      <w:rFonts w:ascii="FreesiaUPC" w:hAnsi="FreesiaUPC" w:eastAsia="FreesiaUPC" w:cs="FreesiaUPC"/>
      <w:i/>
      <w:color w:val="666666"/>
      <w:sz w:val="28"/>
    </w:rPr>
  </w:style>
  <w:style w:type="paragraph" w:customStyle="1" w:styleId="ข้อความอ้างอิง">
    <w:name w:val="ข้อความอ้างอิง"/>
    <w:pPr>
      <w:spacing w:after="160"/>
      <w:ind w:left="850" w:right="567"/>
    </w:pPr>
    <w:rPr>
      <w:rFonts w:ascii="FreesiaUPC" w:hAnsi="FreesiaUPC" w:eastAsia="FreesiaUPC" w:cs="FreesiaUPC"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เทมเพลตหนังสือวิชาการ A5</dc:title>
  <dc:subject>เนื้อในขาวดำ ปก 4 สี เข้าเล่มไสกาว</dc:subject>
  <dc:creator>บริษัท พิมพ์สวย จำกัด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