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pStyle w:val="Title"/>
      </w:pPr>
      <w:r>
        <w:t>ชื่อเรื่องนิยาย</w:t>
      </w:r>
    </w:p>
    <w:p>
      <w:pPr>
        <w:pStyle w:val="คำโปรย"/>
      </w:pPr>
      <w:r>
        <w:t>คำโปรยสั้น ๆ หรือชื่อชุดนิยาย</w:t>
      </w:r>
    </w:p>
    <w:p/>
    <w:p/>
    <w:p/>
    <w:p/>
    <w:p>
      <w:pPr>
        <w:jc w:val="center"/>
      </w:pPr>
      <w:r>
        <w:rPr>
          <w:rFonts w:ascii="FreesiaUPC" w:hAnsi="FreesiaUPC" w:eastAsia="FreesiaUPC" w:cs="FreesiaUPC"/>
          <w:b/>
          <w:sz w:val="36"/>
        </w:rPr>
        <w:t>ชื่อนักเขียน</w:t>
      </w:r>
    </w:p>
    <w:p>
      <w:r>
        <w:br w:type="page"/>
      </w:r>
    </w:p>
    <w:p>
      <w:pPr>
        <w:pStyle w:val="Heading2"/>
      </w:pPr>
      <w:r>
        <w:t>ชื่อเรื่องนิยาย</w:t>
      </w:r>
    </w:p>
    <w:p>
      <w:pPr>
        <w:pStyle w:val="ข้อมูลลิขสิทธิ์"/>
      </w:pPr>
      <w:r>
        <w:t>ผู้เขียน  [ชื่อนักเขียน]</w:t>
      </w:r>
    </w:p>
    <w:p>
      <w:pPr>
        <w:pStyle w:val="ข้อมูลลิขสิทธิ์"/>
      </w:pPr>
      <w:r>
        <w:t>บรรณาธิการ  [ชื่อบรรณาธิการ]</w:t>
      </w:r>
    </w:p>
    <w:p>
      <w:pPr>
        <w:pStyle w:val="ข้อมูลลิขสิทธิ์"/>
      </w:pPr>
      <w:r>
        <w:t>ออกแบบปก  [ชื่อผู้ออกแบบ]</w:t>
      </w:r>
    </w:p>
    <w:p>
      <w:pPr>
        <w:pStyle w:val="ข้อมูลลิขสิทธิ์"/>
      </w:pPr>
      <w:r>
        <w:t>จัดรูปเล่ม  [ชื่อผู้จัดรูปเล่ม]</w:t>
      </w:r>
    </w:p>
    <w:p>
      <w:pPr>
        <w:pStyle w:val="ข้อมูลลิขสิทธิ์"/>
      </w:pPr>
      <w:r>
        <w:t>พิมพ์ครั้งที่ 1  [เดือน ปี]</w:t>
      </w:r>
    </w:p>
    <w:p>
      <w:pPr>
        <w:pStyle w:val="ข้อมูลลิขสิทธิ์"/>
      </w:pPr>
      <w:r>
        <w:t>จำนวนพิมพ์  [จำนวน] เล่ม</w:t>
      </w:r>
    </w:p>
    <w:p>
      <w:pPr>
        <w:pStyle w:val="ข้อมูลลิขสิทธิ์"/>
      </w:pPr>
      <w:r>
        <w:t>ISBN  [เลข ISBN]</w:t>
      </w:r>
    </w:p>
    <w:p>
      <w:pPr>
        <w:pStyle w:val="ข้อมูลลิขสิทธิ์"/>
      </w:pPr>
      <w:r>
        <w:t>ราคา  [ราคา] บาท</w:t>
      </w:r>
    </w:p>
    <w:p>
      <w:pPr>
        <w:pStyle w:val="ข้อมูลลิขสิทธิ์"/>
      </w:pPr>
      <w:r/>
    </w:p>
    <w:p>
      <w:pPr>
        <w:pStyle w:val="ข้อมูลลิขสิทธิ์"/>
      </w:pPr>
      <w:r>
        <w:t>สงวนลิขสิทธิ์ตามพระราชบัญญัติลิขสิทธิ์ ห้ามคัดลอก ดัดแปลง หรือเผยแพร่ส่วนหนึ่งส่วนใดของหนังสือเล่มนี้โดยไม่ได้รับอนุญาตเป็นลายลักษณ์อักษรจากเจ้าของลิขสิทธิ์</w:t>
      </w:r>
    </w:p>
    <w:p>
      <w:pPr>
        <w:pStyle w:val="ข้อมูลลิขสิทธิ์"/>
      </w:pPr>
      <w:r/>
    </w:p>
    <w:p>
      <w:pPr>
        <w:pStyle w:val="ข้อมูลลิขสิทธิ์"/>
      </w:pPr>
      <w:r>
        <w:t>จัดพิมพ์โดย  [ชื่อสำนักพิมพ์หรือผู้จัดพิมพ์]</w:t>
      </w:r>
    </w:p>
    <w:p>
      <w:pPr>
        <w:pStyle w:val="ข้อมูลลิขสิทธิ์"/>
      </w:pPr>
      <w:r>
        <w:t>พิมพ์ที่  บริษัท พิมพ์สวย จำกัด  โทร. 02-953-9600  www.pimsuay.com</w:t>
      </w:r>
    </w:p>
    <w:p>
      <w:r>
        <w:br w:type="page"/>
      </w:r>
    </w:p>
    <w:p/>
    <w:p/>
    <w:p/>
    <w:p/>
    <w:p/>
    <w:p/>
    <w:p>
      <w:pPr>
        <w:jc w:val="center"/>
      </w:pPr>
      <w:r>
        <w:rPr>
          <w:rFonts w:ascii="FreesiaUPC" w:hAnsi="FreesiaUPC" w:eastAsia="FreesiaUPC" w:cs="FreesiaUPC"/>
          <w:b w:val="0"/>
          <w:i/>
          <w:sz w:val="32"/>
        </w:rPr>
        <w:t>แด่...</w:t>
        <w:br/>
        <w:t>[ข้อความอุทิศ]</w:t>
      </w:r>
    </w:p>
    <w:p>
      <w:r>
        <w:br w:type="page"/>
      </w:r>
    </w:p>
    <w:p>
      <w:pPr>
        <w:pStyle w:val="Heading1"/>
      </w:pPr>
      <w:r>
        <w:t>คำนำนักเขียน</w:t>
      </w:r>
    </w:p>
    <w:p>
      <w:r>
        <w:t>[เขียนถึงที่มาของเรื่อง แรงบันดาลใจ หรือสิ่งที่อยากบอกผู้อ่าน]</w:t>
      </w:r>
    </w:p>
    <w:p>
      <w:r>
        <w:t>[ขอบคุณบุคคลหรือหน่วยงานที่มีส่วนช่วยให้หนังสือเล่มนี้สำเร็จ]</w:t>
      </w:r>
    </w:p>
    <w:p>
      <w:pPr>
        <w:jc w:val="right"/>
      </w:pPr>
      <w:r>
        <w:rPr>
          <w:rFonts w:ascii="FreesiaUPC" w:hAnsi="FreesiaUPC" w:eastAsia="FreesiaUPC" w:cs="FreesiaUPC"/>
          <w:sz w:val="32"/>
        </w:rPr>
        <w:t>[ชื่อนักเขียน]</w:t>
        <w:br/>
        <w:t>[เดือน ปี]</w:t>
      </w:r>
    </w:p>
    <w:p>
      <w:r>
        <w:br w:type="page"/>
      </w:r>
    </w:p>
    <w:p>
      <w:pPr>
        <w:pStyle w:val="Heading1"/>
      </w:pPr>
      <w:r>
        <w:t>สารบัญ</w:t>
      </w:r>
    </w:p>
    <w:p>
      <w:pPr>
        <w:ind w:firstLine="0"/>
      </w:pPr>
      <w:r>
        <w:rPr>
          <w:rFonts w:ascii="FreesiaUPC" w:hAnsi="FreesiaUPC" w:eastAsia="FreesiaUPC" w:cs="FreesiaUPC"/>
          <w:sz w:val="24"/>
        </w:rPr>
        <w:fldChar w:fldCharType="begin"/>
        <w:instrText xml:space="preserve">TOC \o "1-2" \h \z \u</w:instrText>
        <w:fldChar w:fldCharType="separate"/>
        <w:t>1</w:t>
        <w:fldChar w:fldCharType="end"/>
      </w:r>
    </w:p>
    <w:p>
      <w:pPr>
        <w:jc w:val="center"/>
      </w:pPr>
      <w:r>
        <w:rPr>
          <w:rFonts w:ascii="FreesiaUPC" w:hAnsi="FreesiaUPC" w:eastAsia="FreesiaUPC" w:cs="FreesiaUPC"/>
          <w:b w:val="0"/>
          <w:i/>
          <w:sz w:val="24"/>
        </w:rPr>
        <w:t>เมื่อเปิดไฟล์ใน Word ให้คลิกขวาที่สารบัญ แล้วเลือก Update Field</w:t>
      </w:r>
    </w:p>
    <w:p>
      <w:r>
        <w:br w:type="page"/>
      </w:r>
    </w:p>
    <w:p/>
    <w:p/>
    <w:p/>
    <w:p>
      <w:pPr>
        <w:pStyle w:val="Heading1"/>
      </w:pPr>
      <w:r>
        <w:t>บทที่ 1</w:t>
      </w:r>
    </w:p>
    <w:p>
      <w:pPr>
        <w:pStyle w:val="คำโปรย"/>
      </w:pPr>
      <w:r>
        <w:t>ชื่อตอนหรือข้อความเปิดบท</w:t>
      </w:r>
    </w:p>
    <w:p/>
    <w:p/>
    <w:p>
      <w:r>
        <w:t>[เริ่มต้นเนื้อหาบทแรกที่นี่ ลบข้อความตัวอย่างนี้แล้วพิมพ์ต้นฉบับของคุณ รูปแบบข้อความจะใช้สไตล์ Normal โดยอัตโนมัติ]</w:t>
      </w:r>
    </w:p>
    <w:p>
      <w:r>
        <w:t>[ย่อหน้าใหม่ตั้งระยะเยื้องบรรทัดแรกไว้แล้ว ไม่จำเป็นต้องกด Space หรือ Tab ก่อนเริ่มย่อหน้า]</w:t>
      </w:r>
    </w:p>
    <w:p>
      <w:pPr>
        <w:pStyle w:val="ฉากคั่น"/>
      </w:pPr>
      <w:r>
        <w:t>• • •</w:t>
      </w:r>
    </w:p>
    <w:p>
      <w:r>
        <w:t>[ใช้สไตล์ ฉากคั่น เมื่อต้องการเปลี่ยนฉากหรือเปลี่ยนช่วงเวลาในบทเดียวกัน]</w:t>
      </w:r>
    </w:p>
    <w:p>
      <w:r>
        <w:br w:type="page"/>
      </w:r>
    </w:p>
    <w:p>
      <w:pPr>
        <w:pStyle w:val="Heading1"/>
      </w:pPr>
      <w:r>
        <w:t>วิธีใช้เทมเพลต</w:t>
      </w:r>
    </w:p>
    <w:p>
      <w:pPr>
        <w:ind w:firstLine="0"/>
      </w:pPr>
      <w:r>
        <w:rPr>
          <w:rFonts w:ascii="FreesiaUPC" w:hAnsi="FreesiaUPC" w:eastAsia="FreesiaUPC" w:cs="FreesiaUPC"/>
          <w:b/>
          <w:sz w:val="30"/>
        </w:rPr>
        <w:t xml:space="preserve">Title  </w:t>
      </w:r>
      <w:r>
        <w:rPr>
          <w:rFonts w:ascii="FreesiaUPC" w:hAnsi="FreesiaUPC" w:eastAsia="FreesiaUPC" w:cs="FreesiaUPC"/>
          <w:sz w:val="30"/>
        </w:rPr>
        <w:t>ชื่อเรื่องบนหน้าชื่อเรื่อง</w:t>
      </w:r>
    </w:p>
    <w:p>
      <w:pPr>
        <w:ind w:firstLine="0"/>
      </w:pPr>
      <w:r>
        <w:rPr>
          <w:rFonts w:ascii="FreesiaUPC" w:hAnsi="FreesiaUPC" w:eastAsia="FreesiaUPC" w:cs="FreesiaUPC"/>
          <w:b/>
          <w:sz w:val="30"/>
        </w:rPr>
        <w:t xml:space="preserve">Heading 1  </w:t>
      </w:r>
      <w:r>
        <w:rPr>
          <w:rFonts w:ascii="FreesiaUPC" w:hAnsi="FreesiaUPC" w:eastAsia="FreesiaUPC" w:cs="FreesiaUPC"/>
          <w:sz w:val="30"/>
        </w:rPr>
        <w:t>ชื่อบท เช่น บทที่ 1</w:t>
      </w:r>
    </w:p>
    <w:p>
      <w:pPr>
        <w:ind w:firstLine="0"/>
      </w:pPr>
      <w:r>
        <w:rPr>
          <w:rFonts w:ascii="FreesiaUPC" w:hAnsi="FreesiaUPC" w:eastAsia="FreesiaUPC" w:cs="FreesiaUPC"/>
          <w:b/>
          <w:sz w:val="30"/>
        </w:rPr>
        <w:t xml:space="preserve">Heading 2  </w:t>
      </w:r>
      <w:r>
        <w:rPr>
          <w:rFonts w:ascii="FreesiaUPC" w:hAnsi="FreesiaUPC" w:eastAsia="FreesiaUPC" w:cs="FreesiaUPC"/>
          <w:sz w:val="30"/>
        </w:rPr>
        <w:t>หัวข้อรองหรือชื่อตอน</w:t>
      </w:r>
    </w:p>
    <w:p>
      <w:pPr>
        <w:ind w:firstLine="0"/>
      </w:pPr>
      <w:r>
        <w:rPr>
          <w:rFonts w:ascii="FreesiaUPC" w:hAnsi="FreesiaUPC" w:eastAsia="FreesiaUPC" w:cs="FreesiaUPC"/>
          <w:b/>
          <w:sz w:val="30"/>
        </w:rPr>
        <w:t xml:space="preserve">Normal  </w:t>
      </w:r>
      <w:r>
        <w:rPr>
          <w:rFonts w:ascii="FreesiaUPC" w:hAnsi="FreesiaUPC" w:eastAsia="FreesiaUPC" w:cs="FreesiaUPC"/>
          <w:sz w:val="30"/>
        </w:rPr>
        <w:t>เนื้อเรื่องหลัก จัดกระจายแบบไทย เยื้องบรรทัดแรก 10 มม.</w:t>
      </w:r>
    </w:p>
    <w:p>
      <w:pPr>
        <w:ind w:firstLine="0"/>
      </w:pPr>
      <w:r>
        <w:rPr>
          <w:rFonts w:ascii="FreesiaUPC" w:hAnsi="FreesiaUPC" w:eastAsia="FreesiaUPC" w:cs="FreesiaUPC"/>
          <w:b/>
          <w:sz w:val="30"/>
        </w:rPr>
        <w:t xml:space="preserve">คำโปรย  </w:t>
      </w:r>
      <w:r>
        <w:rPr>
          <w:rFonts w:ascii="FreesiaUPC" w:hAnsi="FreesiaUPC" w:eastAsia="FreesiaUPC" w:cs="FreesiaUPC"/>
          <w:sz w:val="30"/>
        </w:rPr>
        <w:t>คำโปรยหรือข้อความเปิดบท</w:t>
      </w:r>
    </w:p>
    <w:p>
      <w:pPr>
        <w:ind w:firstLine="0"/>
      </w:pPr>
      <w:r>
        <w:rPr>
          <w:rFonts w:ascii="FreesiaUPC" w:hAnsi="FreesiaUPC" w:eastAsia="FreesiaUPC" w:cs="FreesiaUPC"/>
          <w:b/>
          <w:sz w:val="30"/>
        </w:rPr>
        <w:t xml:space="preserve">ฉากคั่น  </w:t>
      </w:r>
      <w:r>
        <w:rPr>
          <w:rFonts w:ascii="FreesiaUPC" w:hAnsi="FreesiaUPC" w:eastAsia="FreesiaUPC" w:cs="FreesiaUPC"/>
          <w:sz w:val="30"/>
        </w:rPr>
        <w:t>สัญลักษณ์แบ่งฉาก</w:t>
      </w:r>
    </w:p>
    <w:p>
      <w:pPr>
        <w:ind w:firstLine="0"/>
      </w:pPr>
      <w:r>
        <w:rPr>
          <w:rFonts w:ascii="FreesiaUPC" w:hAnsi="FreesiaUPC" w:eastAsia="FreesiaUPC" w:cs="FreesiaUPC"/>
          <w:b/>
          <w:sz w:val="30"/>
        </w:rPr>
        <w:t xml:space="preserve">ข้อมูลลิขสิทธิ์  </w:t>
      </w:r>
      <w:r>
        <w:rPr>
          <w:rFonts w:ascii="FreesiaUPC" w:hAnsi="FreesiaUPC" w:eastAsia="FreesiaUPC" w:cs="FreesiaUPC"/>
          <w:sz w:val="30"/>
        </w:rPr>
        <w:t>ข้อมูลสำนักพิมพ์และลิขสิทธิ์</w:t>
      </w:r>
    </w:p>
    <w:p>
      <w:r>
        <w:t>ก่อนส่งพิมพ์ โปรดตรวจหน้าว่าง เลขหน้า หัวกระดาษ การแบ่งบท รูปภาพ ความละเอียด และข้อมูลลิขสิทธิ์ให้ครบถ้วน</w:t>
      </w:r>
    </w:p>
    <w:sectPr w:rsidR="00FC693F" w:rsidRPr="0006063C" w:rsidSect="00034616">
      <w:headerReference w:type="even" r:id="rId9"/>
      <w:headerReference w:type="default" r:id="rId10"/>
      <w:footerReference w:type="default" r:id="rId11"/>
      <w:footerReference w:type="even" r:id="rId12"/>
      <w:pgSz w:w="8391" w:h="11906"/>
      <w:pgMar w:top="1134" w:right="964" w:bottom="1134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reesiaUPC" w:hAnsi="FreesiaUPC" w:eastAsia="FreesiaUPC" w:cs="FreesiaUPC"/>
        <w:sz w:val="24"/>
      </w:rPr>
      <w:fldChar w:fldCharType="begin"/>
      <w:instrText xml:space="preserve">PAGE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reesiaUPC" w:hAnsi="FreesiaUPC" w:eastAsia="FreesiaUPC" w:cs="FreesiaUPC"/>
        <w:sz w:val="24"/>
      </w:rP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FreesiaUPC" w:hAnsi="FreesiaUPC" w:eastAsia="FreesiaUPC" w:cs="FreesiaUPC"/>
        <w:sz w:val="28"/>
      </w:rPr>
      <w:t>[ชื่อหนังสือ]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FreesiaUPC" w:hAnsi="FreesiaUPC" w:eastAsia="FreesiaUPC" w:cs="FreesiaUPC"/>
        <w:sz w:val="28"/>
      </w:rPr>
      <w:t>[ชื่อนักเขียน]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0"/>
      <w:ind w:firstLine="567"/>
      <w:jc w:val="distribute"/>
    </w:pPr>
    <w:rPr>
      <w:rFonts w:ascii="FreesiaUPC" w:hAnsi="FreesiaUPC" w:eastAsia="FreesiaUPC" w:cs="FreesiaUPC"/>
      <w:b w:val="0"/>
      <w:sz w:val="32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360"/>
      <w:jc w:val="center"/>
      <w:outlineLvl w:val="0"/>
    </w:pPr>
    <w:rPr>
      <w:rFonts w:asciiTheme="majorHAnsi" w:eastAsiaTheme="majorEastAsia" w:hAnsiTheme="majorHAnsi" w:cstheme="majorBidi" w:ascii="FreesiaUPC" w:hAnsi="FreesiaUPC" w:eastAsia="FreesiaUPC" w:cs="FreesiaUPC"/>
      <w:b/>
      <w:bCs/>
      <w:color w:val="000000" w:themeColor="accent1" w:themeShade="BF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Theme="majorHAnsi" w:eastAsiaTheme="majorEastAsia" w:hAnsiTheme="majorHAnsi" w:cstheme="majorBidi" w:ascii="FreesiaUPC" w:hAnsi="FreesiaUPC" w:eastAsia="FreesiaUPC" w:cs="FreesiaUPC"/>
      <w:b/>
      <w:bCs/>
      <w:color w:val="000000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  <w:jc w:val="center"/>
    </w:pPr>
    <w:rPr>
      <w:rFonts w:asciiTheme="majorHAnsi" w:eastAsiaTheme="majorEastAsia" w:hAnsiTheme="majorHAnsi" w:cstheme="majorBidi" w:ascii="FreesiaUPC" w:hAnsi="FreesiaUPC" w:eastAsia="FreesiaUPC" w:cs="FreesiaUPC"/>
      <w:b/>
      <w:color w:val="000000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คำโปรย">
    <w:name w:val="คำโปรย"/>
    <w:pPr>
      <w:spacing w:after="120"/>
      <w:ind w:firstLine="0"/>
      <w:jc w:val="center"/>
    </w:pPr>
    <w:rPr>
      <w:rFonts w:ascii="FreesiaUPC" w:hAnsi="FreesiaUPC" w:eastAsia="FreesiaUPC" w:cs="FreesiaUPC"/>
      <w:b w:val="0"/>
      <w:sz w:val="30"/>
      <w:color w:val="000000"/>
    </w:rPr>
  </w:style>
  <w:style w:type="paragraph" w:customStyle="1" w:styleId="ข้อความตอนต้นบท">
    <w:name w:val="ข้อความตอนต้นบท"/>
    <w:pPr>
      <w:spacing w:after="120"/>
      <w:ind w:firstLine="567"/>
      <w:jc w:val="distribute"/>
    </w:pPr>
    <w:rPr>
      <w:rFonts w:ascii="FreesiaUPC" w:hAnsi="FreesiaUPC" w:eastAsia="FreesiaUPC" w:cs="FreesiaUPC"/>
      <w:b w:val="0"/>
      <w:sz w:val="32"/>
      <w:color w:val="000000"/>
    </w:rPr>
  </w:style>
  <w:style w:type="paragraph" w:customStyle="1" w:styleId="ฉากคั่น">
    <w:name w:val="ฉากคั่น"/>
    <w:pPr>
      <w:spacing w:after="240"/>
      <w:ind w:firstLine="0"/>
      <w:jc w:val="center"/>
    </w:pPr>
    <w:rPr>
      <w:rFonts w:ascii="FreesiaUPC" w:hAnsi="FreesiaUPC" w:eastAsia="FreesiaUPC" w:cs="FreesiaUPC"/>
      <w:b/>
      <w:sz w:val="36"/>
      <w:color w:val="000000"/>
    </w:rPr>
  </w:style>
  <w:style w:type="paragraph" w:customStyle="1" w:styleId="ข้อมูลลิขสิทธิ์">
    <w:name w:val="ข้อมูลลิขสิทธิ์"/>
    <w:pPr>
      <w:spacing w:after="120"/>
      <w:ind w:firstLine="0"/>
      <w:jc w:val="left"/>
    </w:pPr>
    <w:rPr>
      <w:rFonts w:ascii="FreesiaUPC" w:hAnsi="FreesiaUPC" w:eastAsia="FreesiaUPC" w:cs="FreesiaUPC"/>
      <w:b w:val="0"/>
      <w:sz w:val="26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เทมเพลตหนังสือนิยายขนาด A5</dc:title>
  <dc:subject>เทมเพลต Word สำหรับจัดรูปเล่มนิยาย A5</dc:subject>
  <dc:creator>บริษัท พิมพ์สวย จำกัด</dc:creator>
  <cp:keywords>นิยาย A5 เทมเพลต Word พิมพ์หนังสือ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